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9F8274" w14:textId="77777777" w:rsidR="00982450" w:rsidRDefault="000D6DC2">
      <w:pPr>
        <w:jc w:val="center"/>
      </w:pPr>
      <w:r>
        <w:rPr>
          <w:noProof/>
          <w:lang w:val="it-IT" w:eastAsia="it-IT"/>
        </w:rPr>
        <w:drawing>
          <wp:inline distT="0" distB="0" distL="0" distR="0" wp14:anchorId="5A1DD289" wp14:editId="4522B8CC">
            <wp:extent cx="5832000" cy="52580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525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C7980" w14:textId="77777777" w:rsidR="00853538" w:rsidRPr="008A1ECD" w:rsidRDefault="00853538" w:rsidP="00853538">
      <w:pPr>
        <w:tabs>
          <w:tab w:val="right" w:pos="10800"/>
        </w:tabs>
        <w:spacing w:after="0" w:line="240" w:lineRule="auto"/>
        <w:jc w:val="center"/>
        <w:outlineLvl w:val="0"/>
        <w:rPr>
          <w:rFonts w:ascii="Verdana" w:eastAsia="Calibri" w:hAnsi="Verdana" w:cs="Times New Roman"/>
          <w:szCs w:val="20"/>
        </w:rPr>
      </w:pPr>
    </w:p>
    <w:tbl>
      <w:tblPr>
        <w:tblW w:w="9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0"/>
        <w:gridCol w:w="2258"/>
        <w:gridCol w:w="3741"/>
        <w:gridCol w:w="1658"/>
      </w:tblGrid>
      <w:tr w:rsidR="00853538" w:rsidRPr="008A1ECD" w14:paraId="2CE089B5" w14:textId="77777777" w:rsidTr="00544183">
        <w:trPr>
          <w:trHeight w:val="1758"/>
          <w:jc w:val="center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09C8" w14:textId="77777777" w:rsidR="00853538" w:rsidRPr="008A1ECD" w:rsidRDefault="00853538" w:rsidP="00544183">
            <w:pPr>
              <w:spacing w:after="0" w:line="240" w:lineRule="auto"/>
              <w:ind w:left="-365"/>
              <w:rPr>
                <w:rFonts w:ascii="Calibri" w:eastAsia="Calibri" w:hAnsi="Calibri" w:cs="Times New Roman"/>
                <w:sz w:val="14"/>
                <w:szCs w:val="16"/>
              </w:rPr>
            </w:pPr>
            <w:r w:rsidRPr="008A1ECD">
              <w:rPr>
                <w:rFonts w:ascii="Calibri" w:eastAsia="Calibri" w:hAnsi="Calibri" w:cs="Times New Roman"/>
                <w:noProof/>
                <w:sz w:val="14"/>
                <w:szCs w:val="16"/>
                <w:lang w:val="it-IT" w:eastAsia="it-IT"/>
              </w:rPr>
              <w:drawing>
                <wp:anchor distT="0" distB="0" distL="114300" distR="114300" simplePos="0" relativeHeight="251659264" behindDoc="0" locked="0" layoutInCell="1" allowOverlap="1" wp14:anchorId="60183A95" wp14:editId="1C8C431E">
                  <wp:simplePos x="0" y="0"/>
                  <wp:positionH relativeFrom="margin">
                    <wp:posOffset>109855</wp:posOffset>
                  </wp:positionH>
                  <wp:positionV relativeFrom="margin">
                    <wp:posOffset>85725</wp:posOffset>
                  </wp:positionV>
                  <wp:extent cx="1026795" cy="1016635"/>
                  <wp:effectExtent l="0" t="0" r="1905" b="0"/>
                  <wp:wrapSquare wrapText="bothSides"/>
                  <wp:docPr id="4" name="Immagine 4" descr="Immagine che contiene testo, logo, Elementi grafici, grafic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testo, logo, Elementi grafici, grafica&#10;&#10;Descrizione generata automaticamente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52"/>
                          <a:stretch/>
                        </pic:blipFill>
                        <pic:spPr bwMode="auto">
                          <a:xfrm>
                            <a:off x="0" y="0"/>
                            <a:ext cx="1026795" cy="1016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EECF" w14:textId="77777777" w:rsidR="00853538" w:rsidRPr="008A1ECD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2D0B5B09" w14:textId="77777777" w:rsidR="00853538" w:rsidRPr="008A1ECD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color w:val="002060"/>
                <w:sz w:val="16"/>
                <w:szCs w:val="16"/>
              </w:rPr>
            </w:pPr>
          </w:p>
          <w:p w14:paraId="27B027F6" w14:textId="77777777" w:rsidR="00853538" w:rsidRPr="008A1ECD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color w:val="002060"/>
                <w:sz w:val="16"/>
                <w:szCs w:val="16"/>
              </w:rPr>
            </w:pPr>
          </w:p>
          <w:p w14:paraId="2BF9CAFB" w14:textId="77777777" w:rsidR="00853538" w:rsidRPr="008A1ECD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color w:val="002060"/>
                <w:sz w:val="16"/>
                <w:szCs w:val="16"/>
              </w:rPr>
            </w:pPr>
          </w:p>
          <w:p w14:paraId="28ECC505" w14:textId="77777777" w:rsidR="00853538" w:rsidRPr="00853538" w:rsidRDefault="00853538" w:rsidP="0054418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53538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it-IT"/>
              </w:rPr>
              <w:t>ISTITUTO COMPRENSIVO</w:t>
            </w:r>
          </w:p>
          <w:p w14:paraId="1E4F0F62" w14:textId="77777777" w:rsidR="00853538" w:rsidRPr="00853538" w:rsidRDefault="00853538" w:rsidP="00544183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8"/>
                <w:szCs w:val="18"/>
                <w:lang w:val="it-IT"/>
              </w:rPr>
            </w:pPr>
            <w:r w:rsidRPr="00853538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it-IT"/>
              </w:rPr>
              <w:t>“VIA F. LAPARELLI 60”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EFC7" w14:textId="77777777" w:rsidR="00853538" w:rsidRPr="00853538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color w:val="002060"/>
                <w:spacing w:val="14"/>
                <w:sz w:val="8"/>
                <w:szCs w:val="8"/>
                <w:lang w:val="it-IT"/>
              </w:rPr>
            </w:pPr>
          </w:p>
          <w:p w14:paraId="63B48294" w14:textId="77777777" w:rsidR="00853538" w:rsidRPr="00853538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color w:val="002060"/>
                <w:spacing w:val="14"/>
                <w:sz w:val="8"/>
                <w:szCs w:val="8"/>
                <w:lang w:val="it-IT"/>
              </w:rPr>
            </w:pPr>
          </w:p>
          <w:p w14:paraId="1F024714" w14:textId="77777777" w:rsidR="00853538" w:rsidRPr="0058447F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</w:pPr>
            <w:r w:rsidRPr="0058447F"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  <w:t xml:space="preserve">Via F. </w:t>
            </w:r>
            <w:proofErr w:type="spellStart"/>
            <w:r w:rsidRPr="0058447F"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  <w:t>Laparelli</w:t>
            </w:r>
            <w:proofErr w:type="spellEnd"/>
            <w:r w:rsidRPr="0058447F"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  <w:t xml:space="preserve"> 60 – 00176 ROMA  </w:t>
            </w:r>
          </w:p>
          <w:p w14:paraId="356D7F8A" w14:textId="77777777" w:rsidR="00853538" w:rsidRPr="0058447F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</w:pPr>
            <w:r w:rsidRPr="0058447F"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  <w:t>XIV Distretto</w:t>
            </w:r>
          </w:p>
          <w:p w14:paraId="44C2B097" w14:textId="77777777" w:rsidR="00853538" w:rsidRPr="00765496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pacing w:val="4"/>
                <w:sz w:val="16"/>
                <w:szCs w:val="16"/>
                <w:lang w:val="it-IT"/>
              </w:rPr>
            </w:pPr>
            <w:r w:rsidRPr="00765496">
              <w:rPr>
                <w:rFonts w:ascii="Arial" w:eastAsia="Calibri" w:hAnsi="Arial" w:cs="Arial"/>
                <w:color w:val="000000"/>
                <w:sz w:val="16"/>
                <w:szCs w:val="16"/>
                <w:lang w:val="it-IT"/>
              </w:rPr>
              <w:t>Tel.  0624419571-0624402590</w:t>
            </w:r>
            <w:r w:rsidRPr="00765496">
              <w:rPr>
                <w:rFonts w:ascii="Arial" w:eastAsia="Calibri" w:hAnsi="Arial" w:cs="Arial"/>
                <w:color w:val="000000"/>
                <w:spacing w:val="4"/>
                <w:sz w:val="16"/>
                <w:szCs w:val="16"/>
                <w:lang w:val="it-IT"/>
              </w:rPr>
              <w:t xml:space="preserve">  </w:t>
            </w:r>
          </w:p>
          <w:p w14:paraId="7BFD7A6D" w14:textId="77777777" w:rsidR="00853538" w:rsidRPr="00765496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  <w:lang w:val="it-IT"/>
              </w:rPr>
            </w:pPr>
            <w:proofErr w:type="gramStart"/>
            <w:r w:rsidRPr="00765496">
              <w:rPr>
                <w:rFonts w:ascii="Arial" w:eastAsia="Calibri" w:hAnsi="Arial" w:cs="Arial"/>
                <w:color w:val="000000"/>
                <w:sz w:val="16"/>
                <w:szCs w:val="16"/>
                <w:lang w:val="it-IT"/>
              </w:rPr>
              <w:t>Fax  0624411119</w:t>
            </w:r>
            <w:proofErr w:type="gramEnd"/>
          </w:p>
          <w:p w14:paraId="464EA52D" w14:textId="77777777" w:rsidR="00853538" w:rsidRPr="00765496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  <w:lang w:val="it-IT"/>
              </w:rPr>
            </w:pPr>
            <w:r w:rsidRPr="00765496">
              <w:rPr>
                <w:rFonts w:ascii="Arial" w:eastAsia="Calibri" w:hAnsi="Arial" w:cs="Arial"/>
                <w:color w:val="000000"/>
                <w:spacing w:val="-2"/>
                <w:sz w:val="16"/>
                <w:szCs w:val="16"/>
                <w:lang w:val="it-IT"/>
              </w:rPr>
              <w:t>Codice meccanografico: rmic8ck00b</w:t>
            </w:r>
          </w:p>
          <w:p w14:paraId="522399AC" w14:textId="77777777" w:rsidR="00853538" w:rsidRPr="00765496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pacing w:val="6"/>
                <w:sz w:val="16"/>
                <w:szCs w:val="16"/>
                <w:lang w:val="it-IT"/>
              </w:rPr>
            </w:pPr>
            <w:r w:rsidRPr="00765496">
              <w:rPr>
                <w:rFonts w:ascii="Arial" w:eastAsia="Calibri" w:hAnsi="Arial" w:cs="Arial"/>
                <w:color w:val="000000"/>
                <w:spacing w:val="6"/>
                <w:sz w:val="16"/>
                <w:szCs w:val="16"/>
                <w:lang w:val="it-IT"/>
              </w:rPr>
              <w:t xml:space="preserve">E-Mail: </w:t>
            </w:r>
            <w:r w:rsidRPr="00765496">
              <w:rPr>
                <w:rFonts w:ascii="Arial" w:eastAsia="Calibri" w:hAnsi="Arial" w:cs="Arial"/>
                <w:color w:val="000000"/>
                <w:spacing w:val="-2"/>
                <w:sz w:val="16"/>
                <w:szCs w:val="16"/>
                <w:lang w:val="it-IT"/>
              </w:rPr>
              <w:t>rmic8ck00b</w:t>
            </w:r>
            <w:r w:rsidRPr="00765496">
              <w:rPr>
                <w:rFonts w:ascii="Arial" w:eastAsia="Calibri" w:hAnsi="Arial" w:cs="Arial"/>
                <w:color w:val="000000"/>
                <w:spacing w:val="6"/>
                <w:sz w:val="16"/>
                <w:szCs w:val="16"/>
                <w:lang w:val="it-IT"/>
              </w:rPr>
              <w:t xml:space="preserve">@istruzione.it </w:t>
            </w:r>
          </w:p>
          <w:p w14:paraId="3ACB2BA9" w14:textId="77777777" w:rsidR="00853538" w:rsidRPr="00765496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pacing w:val="6"/>
                <w:sz w:val="16"/>
                <w:szCs w:val="16"/>
                <w:lang w:val="it-IT"/>
              </w:rPr>
            </w:pPr>
            <w:r w:rsidRPr="00765496">
              <w:rPr>
                <w:rFonts w:ascii="Arial" w:eastAsia="Calibri" w:hAnsi="Arial" w:cs="Arial"/>
                <w:color w:val="000000"/>
                <w:spacing w:val="6"/>
                <w:sz w:val="16"/>
                <w:szCs w:val="16"/>
                <w:lang w:val="it-IT"/>
              </w:rPr>
              <w:t>PEC: RMIC8CK00B@PEC.ISTRUZIONE.IT</w:t>
            </w:r>
          </w:p>
          <w:p w14:paraId="1F56B382" w14:textId="77777777" w:rsidR="00853538" w:rsidRPr="00765496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  <w:lang w:val="it-IT"/>
              </w:rPr>
            </w:pPr>
            <w:r w:rsidRPr="00765496">
              <w:rPr>
                <w:rFonts w:ascii="Arial" w:eastAsia="Calibri" w:hAnsi="Arial" w:cs="Arial"/>
                <w:color w:val="000000"/>
                <w:sz w:val="16"/>
                <w:szCs w:val="16"/>
                <w:lang w:val="it-IT"/>
              </w:rPr>
              <w:t>Codice Fiscale: 97615670581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5625" w14:textId="77777777" w:rsidR="00853538" w:rsidRPr="00765496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it-IT"/>
              </w:rPr>
            </w:pPr>
          </w:p>
          <w:p w14:paraId="6BC2B410" w14:textId="77777777" w:rsidR="00853538" w:rsidRPr="00765496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it-IT"/>
              </w:rPr>
            </w:pPr>
          </w:p>
          <w:p w14:paraId="2782B5DC" w14:textId="77777777" w:rsidR="00853538" w:rsidRPr="00765496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it-IT"/>
              </w:rPr>
            </w:pPr>
          </w:p>
          <w:p w14:paraId="5C878FEA" w14:textId="77777777" w:rsidR="00853538" w:rsidRPr="008A1ECD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765496">
              <w:rPr>
                <w:rFonts w:ascii="Copperplate Gothic Bold" w:eastAsia="Calibri" w:hAnsi="Copperplate Gothic Bold" w:cs="Times New Roman"/>
                <w:sz w:val="16"/>
                <w:szCs w:val="16"/>
                <w:lang w:val="it-IT"/>
              </w:rPr>
              <w:t xml:space="preserve">  </w:t>
            </w:r>
            <w:r w:rsidR="004F0BED" w:rsidRPr="008A1ECD">
              <w:rPr>
                <w:rFonts w:ascii="Copperplate Gothic Bold" w:eastAsia="Calibri" w:hAnsi="Copperplate Gothic Bold" w:cs="Times New Roman"/>
                <w:noProof/>
                <w:sz w:val="16"/>
                <w:szCs w:val="16"/>
              </w:rPr>
              <w:object w:dxaOrig="4535" w:dyaOrig="3025" w14:anchorId="4BF799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0.95pt;height:40.45pt;mso-width-percent:0;mso-height-percent:0;mso-width-percent:0;mso-height-percent:0" o:ole="" fillcolor="window">
                  <v:imagedata r:id="rId8" o:title=""/>
                </v:shape>
                <o:OLEObject Type="Embed" ProgID="Unknown" ShapeID="_x0000_i1025" DrawAspect="Content" ObjectID="_1853645859" r:id="rId9"/>
              </w:object>
            </w:r>
            <w:r w:rsidRPr="008A1ECD">
              <w:rPr>
                <w:rFonts w:ascii="Copperplate Gothic Bold" w:eastAsia="Calibri" w:hAnsi="Copperplate Gothic Bold" w:cs="Times New Roman"/>
                <w:sz w:val="16"/>
                <w:szCs w:val="16"/>
              </w:rPr>
              <w:t xml:space="preserve">               </w:t>
            </w:r>
          </w:p>
          <w:p w14:paraId="57A8D96D" w14:textId="77777777" w:rsidR="00853538" w:rsidRPr="008A1ECD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14:paraId="03AA0723" w14:textId="77777777" w:rsidR="00853538" w:rsidRPr="008A1ECD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</w:tbl>
    <w:p w14:paraId="3D0F9CE0" w14:textId="77777777" w:rsidR="00A02342" w:rsidRPr="00A02342" w:rsidRDefault="00A02342" w:rsidP="00A02342">
      <w:pPr>
        <w:widowControl w:val="0"/>
        <w:ind w:right="100"/>
        <w:jc w:val="center"/>
        <w:rPr>
          <w:lang w:val="it-IT"/>
        </w:rPr>
      </w:pPr>
    </w:p>
    <w:p w14:paraId="1B021917" w14:textId="77777777" w:rsidR="00982450" w:rsidRPr="00A02342" w:rsidRDefault="000D6DC2">
      <w:pPr>
        <w:jc w:val="center"/>
        <w:rPr>
          <w:lang w:val="it-IT"/>
        </w:rPr>
      </w:pPr>
      <w:r w:rsidRPr="00A02342">
        <w:rPr>
          <w:b/>
          <w:sz w:val="18"/>
          <w:lang w:val="it-IT"/>
        </w:rPr>
        <w:t>Programma Nazionale “Scuola e competenze” 2021–2027 – FSE+ – Agenda Nord</w:t>
      </w:r>
    </w:p>
    <w:p w14:paraId="3A89476B" w14:textId="77777777" w:rsidR="00982450" w:rsidRPr="00A02342" w:rsidRDefault="000D6DC2">
      <w:pPr>
        <w:jc w:val="center"/>
        <w:rPr>
          <w:lang w:val="it-IT"/>
        </w:rPr>
      </w:pPr>
      <w:r w:rsidRPr="00A02342">
        <w:rPr>
          <w:sz w:val="16"/>
          <w:lang w:val="it-IT"/>
        </w:rPr>
        <w:t>Progetto “Nessuno resti indietro” – Codice ESO4.</w:t>
      </w:r>
      <w:proofErr w:type="gramStart"/>
      <w:r w:rsidRPr="00A02342">
        <w:rPr>
          <w:sz w:val="16"/>
          <w:lang w:val="it-IT"/>
        </w:rPr>
        <w:t>6.A</w:t>
      </w:r>
      <w:proofErr w:type="gramEnd"/>
      <w:r w:rsidRPr="00A02342">
        <w:rPr>
          <w:sz w:val="16"/>
          <w:lang w:val="it-IT"/>
        </w:rPr>
        <w:t>1.B-FSEPN-LA-2026-284 – CUP H84D26000690007</w:t>
      </w:r>
    </w:p>
    <w:p w14:paraId="3F85B953" w14:textId="77777777" w:rsidR="000E33D1" w:rsidRDefault="000E33D1">
      <w:pPr>
        <w:jc w:val="center"/>
        <w:rPr>
          <w:b/>
          <w:sz w:val="26"/>
          <w:lang w:val="it-IT"/>
        </w:rPr>
      </w:pPr>
    </w:p>
    <w:p w14:paraId="08237CBF" w14:textId="77777777" w:rsidR="00982450" w:rsidRDefault="000D6DC2">
      <w:pPr>
        <w:jc w:val="center"/>
        <w:rPr>
          <w:b/>
          <w:sz w:val="26"/>
          <w:lang w:val="it-IT"/>
        </w:rPr>
      </w:pPr>
      <w:r w:rsidRPr="00A02342">
        <w:rPr>
          <w:b/>
          <w:sz w:val="26"/>
          <w:lang w:val="it-IT"/>
        </w:rPr>
        <w:t>DOMANDA DI PARTECIPAZIONE AL LABORATORIO DI STEM LAB – SCIENZE E ROBOTICA</w:t>
      </w:r>
    </w:p>
    <w:p w14:paraId="54756BD3" w14:textId="77777777" w:rsidR="000E33D1" w:rsidRPr="00A02342" w:rsidRDefault="000E33D1">
      <w:pPr>
        <w:jc w:val="center"/>
        <w:rPr>
          <w:lang w:val="it-IT"/>
        </w:rPr>
      </w:pPr>
    </w:p>
    <w:p w14:paraId="37B65F96" w14:textId="77777777" w:rsidR="00982450" w:rsidRPr="00A02342" w:rsidRDefault="000D6DC2">
      <w:pPr>
        <w:rPr>
          <w:sz w:val="22"/>
          <w:lang w:val="it-IT"/>
        </w:rPr>
      </w:pPr>
      <w:r w:rsidRPr="00A02342">
        <w:rPr>
          <w:sz w:val="22"/>
          <w:lang w:val="it-IT"/>
        </w:rPr>
        <w:t xml:space="preserve">Al Dirigente scolastico dell’I.C. “Via F. </w:t>
      </w:r>
      <w:proofErr w:type="spellStart"/>
      <w:r w:rsidRPr="00A02342">
        <w:rPr>
          <w:sz w:val="22"/>
          <w:lang w:val="it-IT"/>
        </w:rPr>
        <w:t>Laparelli</w:t>
      </w:r>
      <w:proofErr w:type="spellEnd"/>
      <w:r w:rsidRPr="00A02342">
        <w:rPr>
          <w:sz w:val="22"/>
          <w:lang w:val="it-IT"/>
        </w:rPr>
        <w:t>, 60”</w:t>
      </w:r>
    </w:p>
    <w:p w14:paraId="6A7DC07A" w14:textId="77777777" w:rsidR="00982450" w:rsidRPr="00A02342" w:rsidRDefault="000D6DC2">
      <w:pPr>
        <w:rPr>
          <w:sz w:val="22"/>
          <w:lang w:val="it-IT"/>
        </w:rPr>
      </w:pPr>
      <w:r w:rsidRPr="00A02342">
        <w:rPr>
          <w:sz w:val="22"/>
          <w:lang w:val="it-IT"/>
        </w:rPr>
        <w:t>I sottoscritti _________________________________________________________________</w:t>
      </w:r>
      <w:r>
        <w:rPr>
          <w:sz w:val="22"/>
          <w:lang w:val="it-IT"/>
        </w:rPr>
        <w:t>____</w:t>
      </w:r>
    </w:p>
    <w:p w14:paraId="754DF0FE" w14:textId="77777777" w:rsidR="00982450" w:rsidRPr="00A02342" w:rsidRDefault="000D6DC2">
      <w:pPr>
        <w:rPr>
          <w:sz w:val="22"/>
          <w:lang w:val="it-IT"/>
        </w:rPr>
      </w:pPr>
      <w:r w:rsidRPr="00A02342">
        <w:rPr>
          <w:sz w:val="22"/>
          <w:lang w:val="it-IT"/>
        </w:rPr>
        <w:t>e _____________________________________________________________________________</w:t>
      </w:r>
      <w:r w:rsidRPr="00A02342">
        <w:rPr>
          <w:sz w:val="22"/>
          <w:lang w:val="it-IT"/>
        </w:rPr>
        <w:br/>
        <w:t>genitori / esercenti la responsabilità genitoriale dell’alunno/a</w:t>
      </w:r>
    </w:p>
    <w:p w14:paraId="4A2336F6" w14:textId="77777777" w:rsidR="00982450" w:rsidRPr="00A02342" w:rsidRDefault="000D6DC2">
      <w:pPr>
        <w:rPr>
          <w:sz w:val="22"/>
          <w:lang w:val="it-IT"/>
        </w:rPr>
      </w:pPr>
      <w:r w:rsidRPr="00A02342">
        <w:rPr>
          <w:sz w:val="22"/>
          <w:lang w:val="it-IT"/>
        </w:rPr>
        <w:t>_______________________________________________________________________________</w:t>
      </w:r>
    </w:p>
    <w:p w14:paraId="44004A6B" w14:textId="77777777" w:rsidR="00982450" w:rsidRPr="00A02342" w:rsidRDefault="000D6DC2">
      <w:pPr>
        <w:rPr>
          <w:sz w:val="22"/>
          <w:lang w:val="it-IT"/>
        </w:rPr>
      </w:pPr>
      <w:r w:rsidRPr="00A02342">
        <w:rPr>
          <w:sz w:val="22"/>
          <w:lang w:val="it-IT"/>
        </w:rPr>
        <w:t>nato/a a ______________________________ prov. ______ il ____ / ____ / ______</w:t>
      </w:r>
    </w:p>
    <w:p w14:paraId="5A33B68C" w14:textId="77777777" w:rsidR="00982450" w:rsidRPr="00A02342" w:rsidRDefault="000D6DC2">
      <w:pPr>
        <w:rPr>
          <w:sz w:val="22"/>
          <w:lang w:val="it-IT"/>
        </w:rPr>
      </w:pPr>
      <w:r w:rsidRPr="00A02342">
        <w:rPr>
          <w:sz w:val="22"/>
          <w:lang w:val="it-IT"/>
        </w:rPr>
        <w:t>residente/domiciliato/a a __________________ via __________________________________</w:t>
      </w:r>
      <w:r>
        <w:rPr>
          <w:sz w:val="22"/>
          <w:lang w:val="it-IT"/>
        </w:rPr>
        <w:t>____</w:t>
      </w:r>
    </w:p>
    <w:p w14:paraId="0CEF043C" w14:textId="77777777" w:rsidR="00982450" w:rsidRPr="00A02342" w:rsidRDefault="000D6DC2">
      <w:pPr>
        <w:rPr>
          <w:sz w:val="22"/>
          <w:lang w:val="it-IT"/>
        </w:rPr>
      </w:pPr>
      <w:r w:rsidRPr="00A02342">
        <w:rPr>
          <w:sz w:val="22"/>
          <w:lang w:val="it-IT"/>
        </w:rPr>
        <w:t>telefono __________________________ e-mail ______________________________________</w:t>
      </w:r>
      <w:r>
        <w:rPr>
          <w:sz w:val="22"/>
          <w:lang w:val="it-IT"/>
        </w:rPr>
        <w:t>__</w:t>
      </w:r>
    </w:p>
    <w:p w14:paraId="48823070" w14:textId="77777777" w:rsidR="00982450" w:rsidRPr="00A02342" w:rsidRDefault="000D6DC2">
      <w:pPr>
        <w:rPr>
          <w:sz w:val="22"/>
          <w:lang w:val="it-IT"/>
        </w:rPr>
      </w:pPr>
      <w:r w:rsidRPr="00A02342">
        <w:rPr>
          <w:sz w:val="22"/>
          <w:lang w:val="it-IT"/>
        </w:rPr>
        <w:t>codice fiscale dell’alunno/a _____________________________________________________</w:t>
      </w:r>
      <w:r>
        <w:rPr>
          <w:sz w:val="22"/>
          <w:lang w:val="it-IT"/>
        </w:rPr>
        <w:t>____</w:t>
      </w:r>
    </w:p>
    <w:p w14:paraId="45890CD5" w14:textId="77777777" w:rsidR="00982450" w:rsidRPr="00A02342" w:rsidRDefault="000D6DC2">
      <w:pPr>
        <w:rPr>
          <w:sz w:val="22"/>
          <w:lang w:val="it-IT"/>
        </w:rPr>
      </w:pPr>
      <w:r w:rsidRPr="00A02342">
        <w:rPr>
          <w:sz w:val="22"/>
          <w:lang w:val="it-IT"/>
        </w:rPr>
        <w:t xml:space="preserve">frequentante </w:t>
      </w:r>
      <w:proofErr w:type="spellStart"/>
      <w:r w:rsidRPr="00A02342">
        <w:rPr>
          <w:sz w:val="22"/>
          <w:lang w:val="it-IT"/>
        </w:rPr>
        <w:t>nell’a.s.</w:t>
      </w:r>
      <w:proofErr w:type="spellEnd"/>
      <w:r w:rsidRPr="00A02342">
        <w:rPr>
          <w:sz w:val="22"/>
          <w:lang w:val="it-IT"/>
        </w:rPr>
        <w:t xml:space="preserve"> 2026/2027 la classe ______ sezione ______</w:t>
      </w:r>
      <w:r w:rsidR="00A02342">
        <w:rPr>
          <w:sz w:val="22"/>
          <w:lang w:val="it-IT"/>
        </w:rPr>
        <w:t>plesso_______________</w:t>
      </w:r>
      <w:r>
        <w:rPr>
          <w:sz w:val="22"/>
          <w:lang w:val="it-IT"/>
        </w:rPr>
        <w:t>______</w:t>
      </w:r>
    </w:p>
    <w:p w14:paraId="35BE208B" w14:textId="77777777" w:rsidR="000E33D1" w:rsidRDefault="000E33D1">
      <w:pPr>
        <w:jc w:val="center"/>
        <w:rPr>
          <w:b/>
          <w:sz w:val="22"/>
          <w:lang w:val="it-IT"/>
        </w:rPr>
      </w:pPr>
    </w:p>
    <w:p w14:paraId="59F3542E" w14:textId="77777777" w:rsidR="00982450" w:rsidRPr="000E33D1" w:rsidRDefault="000D6DC2">
      <w:pPr>
        <w:jc w:val="center"/>
        <w:rPr>
          <w:b/>
          <w:sz w:val="24"/>
          <w:szCs w:val="24"/>
          <w:lang w:val="it-IT"/>
        </w:rPr>
      </w:pPr>
      <w:r w:rsidRPr="000E33D1">
        <w:rPr>
          <w:b/>
          <w:sz w:val="24"/>
          <w:szCs w:val="24"/>
          <w:lang w:val="it-IT"/>
        </w:rPr>
        <w:t>CHIED</w:t>
      </w:r>
      <w:r w:rsidR="00A02342" w:rsidRPr="000E33D1">
        <w:rPr>
          <w:b/>
          <w:sz w:val="24"/>
          <w:szCs w:val="24"/>
          <w:lang w:val="it-IT"/>
        </w:rPr>
        <w:t>ONO</w:t>
      </w:r>
    </w:p>
    <w:p w14:paraId="66F140D3" w14:textId="77777777" w:rsidR="000E33D1" w:rsidRPr="00A02342" w:rsidRDefault="000E33D1">
      <w:pPr>
        <w:jc w:val="center"/>
        <w:rPr>
          <w:sz w:val="22"/>
          <w:lang w:val="it-IT"/>
        </w:rPr>
      </w:pPr>
    </w:p>
    <w:p w14:paraId="5050CFDE" w14:textId="77777777" w:rsidR="00982450" w:rsidRPr="00A02342" w:rsidRDefault="000D6DC2">
      <w:pPr>
        <w:rPr>
          <w:sz w:val="22"/>
          <w:lang w:val="it-IT"/>
        </w:rPr>
      </w:pPr>
      <w:r w:rsidRPr="00A02342">
        <w:rPr>
          <w:sz w:val="22"/>
          <w:lang w:val="it-IT"/>
        </w:rPr>
        <w:t>l’iscrizione del/della proprio/a figlio/a al seguente laboratorio:</w:t>
      </w:r>
    </w:p>
    <w:p w14:paraId="47436318" w14:textId="77777777" w:rsidR="00347790" w:rsidRPr="00347790" w:rsidRDefault="00347790" w:rsidP="000D6DC2">
      <w:pPr>
        <w:jc w:val="both"/>
        <w:rPr>
          <w:b/>
          <w:sz w:val="22"/>
          <w:lang w:val="it-IT"/>
        </w:rPr>
      </w:pPr>
      <w:r w:rsidRPr="00347790">
        <w:rPr>
          <w:b/>
          <w:sz w:val="22"/>
          <w:lang w:val="it-IT"/>
        </w:rPr>
        <w:t>☐ STEM LAB: SCIENZE, ROBOTICA E INNOVAZIONE</w:t>
      </w:r>
    </w:p>
    <w:p w14:paraId="7F3D7BB0" w14:textId="77777777" w:rsidR="00347790" w:rsidRDefault="00347790" w:rsidP="000D6DC2">
      <w:pPr>
        <w:jc w:val="both"/>
        <w:rPr>
          <w:bCs/>
          <w:sz w:val="22"/>
          <w:lang w:val="it-IT"/>
        </w:rPr>
      </w:pPr>
      <w:r w:rsidRPr="00347790">
        <w:rPr>
          <w:bCs/>
          <w:sz w:val="22"/>
          <w:lang w:val="it-IT"/>
        </w:rPr>
        <w:t xml:space="preserve">Docenti esperte: Prof.ssa Maria Fraccola (modulo 216300) e Prof.ssa Flavia </w:t>
      </w:r>
      <w:proofErr w:type="spellStart"/>
      <w:r w:rsidRPr="00347790">
        <w:rPr>
          <w:bCs/>
          <w:sz w:val="22"/>
          <w:lang w:val="it-IT"/>
        </w:rPr>
        <w:t>Garramone</w:t>
      </w:r>
      <w:proofErr w:type="spellEnd"/>
      <w:r w:rsidRPr="00347790">
        <w:rPr>
          <w:bCs/>
          <w:sz w:val="22"/>
          <w:lang w:val="it-IT"/>
        </w:rPr>
        <w:t xml:space="preserve"> (modulo 216303) – due gruppi da 17 posti ciascuno, per complessivi 34 posti; 30 ore per gruppo. Percorso STEM con attività di scienze, robotica e preparazione alla FIRST LEGO League Challenge.</w:t>
      </w:r>
    </w:p>
    <w:p w14:paraId="74BF0552" w14:textId="64CDE955" w:rsidR="00347790" w:rsidRPr="00347790" w:rsidRDefault="00347790" w:rsidP="000D6DC2">
      <w:pPr>
        <w:jc w:val="both"/>
        <w:rPr>
          <w:b/>
          <w:bCs/>
          <w:sz w:val="22"/>
          <w:lang w:val="it-IT"/>
        </w:rPr>
      </w:pPr>
      <w:r w:rsidRPr="00347790">
        <w:rPr>
          <w:b/>
          <w:bCs/>
          <w:sz w:val="22"/>
          <w:lang w:val="it-IT"/>
        </w:rPr>
        <w:lastRenderedPageBreak/>
        <w:t>Tutti i lunedì dalle ore 14:30 alle ore 16:30 (a partire</w:t>
      </w:r>
      <w:r w:rsidR="00212A55">
        <w:rPr>
          <w:b/>
          <w:bCs/>
          <w:sz w:val="22"/>
          <w:lang w:val="it-IT"/>
        </w:rPr>
        <w:t xml:space="preserve"> dal 26 di </w:t>
      </w:r>
      <w:r w:rsidR="002B32DE">
        <w:rPr>
          <w:b/>
          <w:bCs/>
          <w:sz w:val="22"/>
          <w:lang w:val="it-IT"/>
        </w:rPr>
        <w:t>O</w:t>
      </w:r>
      <w:r w:rsidRPr="00347790">
        <w:rPr>
          <w:b/>
          <w:bCs/>
          <w:sz w:val="22"/>
          <w:lang w:val="it-IT"/>
        </w:rPr>
        <w:t>ttobre fino a</w:t>
      </w:r>
      <w:r w:rsidR="00212A55">
        <w:rPr>
          <w:b/>
          <w:bCs/>
          <w:sz w:val="22"/>
          <w:lang w:val="it-IT"/>
        </w:rPr>
        <w:t>l 16</w:t>
      </w:r>
      <w:r w:rsidRPr="00347790">
        <w:rPr>
          <w:b/>
          <w:bCs/>
          <w:sz w:val="22"/>
          <w:lang w:val="it-IT"/>
        </w:rPr>
        <w:t xml:space="preserve"> </w:t>
      </w:r>
      <w:r w:rsidR="002B32DE">
        <w:rPr>
          <w:b/>
          <w:bCs/>
          <w:sz w:val="22"/>
          <w:lang w:val="it-IT"/>
        </w:rPr>
        <w:t>G</w:t>
      </w:r>
      <w:r w:rsidRPr="00347790">
        <w:rPr>
          <w:b/>
          <w:bCs/>
          <w:sz w:val="22"/>
          <w:lang w:val="it-IT"/>
        </w:rPr>
        <w:t>ennaio), secondo il calendario comunicato dalla scuola.</w:t>
      </w:r>
    </w:p>
    <w:p w14:paraId="5F3C1AB1" w14:textId="77777777" w:rsidR="00982450" w:rsidRPr="00A02342" w:rsidRDefault="000D6DC2" w:rsidP="000D6DC2">
      <w:pPr>
        <w:jc w:val="both"/>
        <w:rPr>
          <w:sz w:val="22"/>
          <w:lang w:val="it-IT"/>
        </w:rPr>
      </w:pPr>
      <w:r w:rsidRPr="00A02342">
        <w:rPr>
          <w:b/>
          <w:sz w:val="22"/>
          <w:lang w:val="it-IT"/>
        </w:rPr>
        <w:t>MODALITÀ DI PRESENTAZIONE DELLA DOMANDA</w:t>
      </w:r>
    </w:p>
    <w:p w14:paraId="1FD8D48A" w14:textId="77777777" w:rsidR="00982450" w:rsidRPr="00A02342" w:rsidRDefault="000D6DC2" w:rsidP="000D6DC2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 xml:space="preserve">La domanda compilata dovrà pervenire </w:t>
      </w:r>
      <w:r w:rsidRPr="002B32DE">
        <w:rPr>
          <w:b/>
          <w:bCs/>
          <w:sz w:val="22"/>
          <w:lang w:val="it-IT"/>
        </w:rPr>
        <w:t xml:space="preserve">entro il </w:t>
      </w:r>
      <w:r w:rsidR="00DC671F" w:rsidRPr="002B32DE">
        <w:rPr>
          <w:b/>
          <w:bCs/>
          <w:sz w:val="22"/>
          <w:lang w:val="it-IT"/>
        </w:rPr>
        <w:t>22</w:t>
      </w:r>
      <w:r w:rsidRPr="002B32DE">
        <w:rPr>
          <w:b/>
          <w:bCs/>
          <w:sz w:val="22"/>
          <w:lang w:val="it-IT"/>
        </w:rPr>
        <w:t xml:space="preserve"> / </w:t>
      </w:r>
      <w:r w:rsidR="00765496" w:rsidRPr="002B32DE">
        <w:rPr>
          <w:b/>
          <w:bCs/>
          <w:sz w:val="22"/>
          <w:lang w:val="it-IT"/>
        </w:rPr>
        <w:t>10</w:t>
      </w:r>
      <w:r w:rsidRPr="002B32DE">
        <w:rPr>
          <w:b/>
          <w:bCs/>
          <w:sz w:val="22"/>
          <w:lang w:val="it-IT"/>
        </w:rPr>
        <w:t xml:space="preserve"> / 2026</w:t>
      </w:r>
      <w:r w:rsidRPr="00A02342">
        <w:rPr>
          <w:sz w:val="22"/>
          <w:lang w:val="it-IT"/>
        </w:rPr>
        <w:t xml:space="preserve">, tramite e-mail all’indirizzo </w:t>
      </w:r>
      <w:r w:rsidR="00DC671F" w:rsidRPr="001E2598">
        <w:rPr>
          <w:b/>
          <w:bCs/>
          <w:lang w:val="it-IT"/>
        </w:rPr>
        <w:t>corsi.agendanord@icvialaparelli.net</w:t>
      </w:r>
      <w:r w:rsidRPr="00A02342">
        <w:rPr>
          <w:sz w:val="22"/>
          <w:lang w:val="it-IT"/>
        </w:rPr>
        <w:t xml:space="preserve"> oppure mediante consegna a mano presso la sede centrale, plesso Pavoni, all’ingresso, al collaboratore scolastico incaricato, che annoterà la data e l’ora di consegna.</w:t>
      </w:r>
    </w:p>
    <w:p w14:paraId="5C5E7C9C" w14:textId="77777777" w:rsidR="00982450" w:rsidRDefault="000D6DC2" w:rsidP="000D6DC2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>I sottoscritti dichiarano di aver preso visione delle informazioni sui corsi e di essere consapevoli che le attività si svolgeranno in presenza e in orario extracurricolare secondo il calendario comunicato dalla scuola; si impegnano a favorire la regolare frequenza. Prendono inoltre atto che le domande pervenute entro la scadenza saranno accolte in ordine cronologico di ricezione, fino a esaurimento dei posti disponibili. Faranno fede la data e l’ora di ricezione dell’e-mail oppure, in caso di consegna a mano, la data e l’ora annotate dal collaboratore scolastico incaricato.</w:t>
      </w:r>
    </w:p>
    <w:p w14:paraId="2FDF5BA4" w14:textId="77777777" w:rsidR="000E33D1" w:rsidRPr="00A02342" w:rsidRDefault="000E33D1" w:rsidP="000D6DC2">
      <w:pPr>
        <w:jc w:val="both"/>
        <w:rPr>
          <w:sz w:val="22"/>
          <w:lang w:val="it-IT"/>
        </w:rPr>
      </w:pPr>
    </w:p>
    <w:p w14:paraId="26CB7CCB" w14:textId="77777777" w:rsidR="000D6DC2" w:rsidRDefault="000D6DC2" w:rsidP="000D6DC2">
      <w:pPr>
        <w:jc w:val="both"/>
        <w:rPr>
          <w:b/>
          <w:bCs/>
          <w:sz w:val="22"/>
          <w:lang w:val="it-IT"/>
        </w:rPr>
      </w:pPr>
      <w:r w:rsidRPr="000E33D1">
        <w:rPr>
          <w:b/>
          <w:bCs/>
          <w:sz w:val="22"/>
          <w:lang w:val="it-IT"/>
        </w:rPr>
        <w:t>INFORMATIVA SUL TRATTAMENTO DEI DATI PERSONALI</w:t>
      </w:r>
    </w:p>
    <w:p w14:paraId="677F45E5" w14:textId="77777777" w:rsidR="00982450" w:rsidRDefault="000D6DC2" w:rsidP="000D6DC2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 xml:space="preserve">I sottoscritti dichiarano di aver preso visione dell’informativa privacy dell’Istituzione scolastica resa ai sensi degli artt. 13 e 14 del Regolamento (UE) 2016/679 (GDPR) e del </w:t>
      </w:r>
      <w:proofErr w:type="spellStart"/>
      <w:r w:rsidRPr="00A02342">
        <w:rPr>
          <w:sz w:val="22"/>
          <w:lang w:val="it-IT"/>
        </w:rPr>
        <w:t>D.Lgs.</w:t>
      </w:r>
      <w:proofErr w:type="spellEnd"/>
      <w:r w:rsidRPr="00A02342">
        <w:rPr>
          <w:sz w:val="22"/>
          <w:lang w:val="it-IT"/>
        </w:rPr>
        <w:t xml:space="preserve"> 196/2003, come modificato dal </w:t>
      </w:r>
      <w:proofErr w:type="spellStart"/>
      <w:r w:rsidRPr="00A02342">
        <w:rPr>
          <w:sz w:val="22"/>
          <w:lang w:val="it-IT"/>
        </w:rPr>
        <w:t>D.Lgs.</w:t>
      </w:r>
      <w:proofErr w:type="spellEnd"/>
      <w:r w:rsidRPr="00A02342">
        <w:rPr>
          <w:sz w:val="22"/>
          <w:lang w:val="it-IT"/>
        </w:rPr>
        <w:t xml:space="preserve"> 101/2018. I dati forniti saranno trattati per le finalità istituzionali connesse all’iscrizione, alla gestione e alla rendicontazione del progetto, nei limiti previsti dalla normativa applicabile. La presente dichiarazione di presa visione non costituisce autorizzazione alla pubblicazione di fotografie o video degli alunni, per la quale, ove necessaria, sarà richiesta distinta autorizzazione.</w:t>
      </w:r>
    </w:p>
    <w:p w14:paraId="18A94D57" w14:textId="77777777" w:rsidR="000E33D1" w:rsidRPr="00A02342" w:rsidRDefault="000E33D1" w:rsidP="000E33D1">
      <w:pPr>
        <w:rPr>
          <w:sz w:val="22"/>
          <w:lang w:val="it-IT"/>
        </w:rPr>
      </w:pPr>
    </w:p>
    <w:p w14:paraId="3208D2B4" w14:textId="77777777" w:rsidR="000E33D1" w:rsidRDefault="000D6DC2">
      <w:pPr>
        <w:rPr>
          <w:sz w:val="22"/>
          <w:lang w:val="it-IT"/>
        </w:rPr>
      </w:pPr>
      <w:r w:rsidRPr="00A02342">
        <w:rPr>
          <w:sz w:val="22"/>
          <w:lang w:val="it-IT"/>
        </w:rPr>
        <w:t>Roma, ____ / ____ / 2026</w:t>
      </w:r>
    </w:p>
    <w:p w14:paraId="178823E7" w14:textId="77777777" w:rsidR="00FE3565" w:rsidRDefault="000D6DC2">
      <w:pPr>
        <w:rPr>
          <w:sz w:val="22"/>
          <w:lang w:val="it-IT"/>
        </w:rPr>
      </w:pPr>
      <w:r w:rsidRPr="00A02342">
        <w:rPr>
          <w:sz w:val="22"/>
          <w:lang w:val="it-IT"/>
        </w:rPr>
        <w:br/>
        <w:t>Firma del primo genitore _________________________________</w:t>
      </w:r>
    </w:p>
    <w:p w14:paraId="5CD60698" w14:textId="77777777" w:rsidR="00FE3565" w:rsidRDefault="00FE3565">
      <w:pPr>
        <w:rPr>
          <w:sz w:val="22"/>
          <w:lang w:val="it-IT"/>
        </w:rPr>
      </w:pPr>
    </w:p>
    <w:p w14:paraId="19C7DF78" w14:textId="77777777" w:rsidR="00982450" w:rsidRDefault="000D6DC2">
      <w:pPr>
        <w:rPr>
          <w:sz w:val="22"/>
          <w:lang w:val="it-IT"/>
        </w:rPr>
      </w:pPr>
      <w:r w:rsidRPr="00A02342">
        <w:rPr>
          <w:sz w:val="22"/>
          <w:lang w:val="it-IT"/>
        </w:rPr>
        <w:t>Firma del secondo genitore ______________________________</w:t>
      </w:r>
    </w:p>
    <w:p w14:paraId="23D4C7CD" w14:textId="77777777" w:rsidR="000E33D1" w:rsidRPr="00A02342" w:rsidRDefault="000E33D1">
      <w:pPr>
        <w:rPr>
          <w:sz w:val="22"/>
          <w:lang w:val="it-IT"/>
        </w:rPr>
      </w:pPr>
    </w:p>
    <w:p w14:paraId="3501C8B5" w14:textId="77777777" w:rsidR="000E33D1" w:rsidRDefault="000E33D1">
      <w:pPr>
        <w:pStyle w:val="Titolo2"/>
        <w:rPr>
          <w:sz w:val="22"/>
          <w:szCs w:val="22"/>
          <w:lang w:val="it-IT"/>
        </w:rPr>
      </w:pPr>
    </w:p>
    <w:p w14:paraId="207D9B4D" w14:textId="77777777" w:rsidR="000E33D1" w:rsidRPr="000E33D1" w:rsidRDefault="000D6DC2" w:rsidP="000E33D1">
      <w:pPr>
        <w:pStyle w:val="Titolo2"/>
        <w:rPr>
          <w:color w:val="000000" w:themeColor="text1"/>
          <w:sz w:val="22"/>
          <w:szCs w:val="22"/>
          <w:lang w:val="it-IT"/>
        </w:rPr>
      </w:pPr>
      <w:r w:rsidRPr="000E33D1">
        <w:rPr>
          <w:color w:val="000000" w:themeColor="text1"/>
          <w:sz w:val="22"/>
          <w:szCs w:val="22"/>
          <w:lang w:val="it-IT"/>
        </w:rPr>
        <w:t>RISERVATO ALLA SCUOLA – CONSEGNA A MANO</w:t>
      </w:r>
    </w:p>
    <w:p w14:paraId="0DBBA0C2" w14:textId="77777777" w:rsidR="00982450" w:rsidRPr="00A02342" w:rsidRDefault="000D6DC2">
      <w:pPr>
        <w:rPr>
          <w:sz w:val="22"/>
          <w:lang w:val="it-IT"/>
        </w:rPr>
      </w:pPr>
      <w:r w:rsidRPr="00A02342">
        <w:rPr>
          <w:sz w:val="22"/>
          <w:lang w:val="it-IT"/>
        </w:rPr>
        <w:t>Ricevuta il ____ / ____ / 2026 alle ore _____</w:t>
      </w:r>
      <w:proofErr w:type="gramStart"/>
      <w:r w:rsidRPr="00A02342">
        <w:rPr>
          <w:sz w:val="22"/>
          <w:lang w:val="it-IT"/>
        </w:rPr>
        <w:t>_ :</w:t>
      </w:r>
      <w:proofErr w:type="gramEnd"/>
      <w:r w:rsidRPr="00A02342">
        <w:rPr>
          <w:sz w:val="22"/>
          <w:lang w:val="it-IT"/>
        </w:rPr>
        <w:t xml:space="preserve"> ______</w:t>
      </w:r>
    </w:p>
    <w:p w14:paraId="7212E666" w14:textId="77777777" w:rsidR="00982450" w:rsidRPr="00A02342" w:rsidRDefault="000D6DC2">
      <w:pPr>
        <w:rPr>
          <w:sz w:val="22"/>
          <w:lang w:val="it-IT"/>
        </w:rPr>
      </w:pPr>
      <w:r w:rsidRPr="00A02342">
        <w:rPr>
          <w:sz w:val="22"/>
          <w:lang w:val="it-IT"/>
        </w:rPr>
        <w:t>Firma del collaboratore scolastico incaricato __________________________________</w:t>
      </w:r>
    </w:p>
    <w:sectPr w:rsidR="00982450" w:rsidRPr="00A02342" w:rsidSect="00034616">
      <w:pgSz w:w="12240" w:h="15840"/>
      <w:pgMar w:top="964" w:right="1247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316618">
    <w:abstractNumId w:val="8"/>
  </w:num>
  <w:num w:numId="2" w16cid:durableId="1334449927">
    <w:abstractNumId w:val="6"/>
  </w:num>
  <w:num w:numId="3" w16cid:durableId="635840167">
    <w:abstractNumId w:val="5"/>
  </w:num>
  <w:num w:numId="4" w16cid:durableId="107504445">
    <w:abstractNumId w:val="4"/>
  </w:num>
  <w:num w:numId="5" w16cid:durableId="429349501">
    <w:abstractNumId w:val="7"/>
  </w:num>
  <w:num w:numId="6" w16cid:durableId="310839180">
    <w:abstractNumId w:val="3"/>
  </w:num>
  <w:num w:numId="7" w16cid:durableId="1503743130">
    <w:abstractNumId w:val="2"/>
  </w:num>
  <w:num w:numId="8" w16cid:durableId="1962032429">
    <w:abstractNumId w:val="1"/>
  </w:num>
  <w:num w:numId="9" w16cid:durableId="790511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34616"/>
    <w:rsid w:val="0006063C"/>
    <w:rsid w:val="000B465B"/>
    <w:rsid w:val="000D6DC2"/>
    <w:rsid w:val="000E33D1"/>
    <w:rsid w:val="00121AE8"/>
    <w:rsid w:val="0015074B"/>
    <w:rsid w:val="00212A55"/>
    <w:rsid w:val="002159B0"/>
    <w:rsid w:val="0029639D"/>
    <w:rsid w:val="002B32DE"/>
    <w:rsid w:val="00326F90"/>
    <w:rsid w:val="00347790"/>
    <w:rsid w:val="0046055A"/>
    <w:rsid w:val="004F0BED"/>
    <w:rsid w:val="0058447F"/>
    <w:rsid w:val="00677200"/>
    <w:rsid w:val="00765496"/>
    <w:rsid w:val="00853538"/>
    <w:rsid w:val="00982450"/>
    <w:rsid w:val="00A02342"/>
    <w:rsid w:val="00A41FE9"/>
    <w:rsid w:val="00AA1D8D"/>
    <w:rsid w:val="00B47730"/>
    <w:rsid w:val="00B5397D"/>
    <w:rsid w:val="00B86EFE"/>
    <w:rsid w:val="00C619B8"/>
    <w:rsid w:val="00CB0664"/>
    <w:rsid w:val="00D11A92"/>
    <w:rsid w:val="00DA5D0F"/>
    <w:rsid w:val="00DC671F"/>
    <w:rsid w:val="00EC7783"/>
    <w:rsid w:val="00FC693F"/>
    <w:rsid w:val="00FE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8447AC"/>
  <w15:docId w15:val="{297B060F-F544-C545-B2EE-85A289AED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rpredefinitoparagrafo1">
    <w:name w:val="Car. predefinito paragrafo1"/>
    <w:rsid w:val="00A02342"/>
  </w:style>
  <w:style w:type="character" w:styleId="Collegamentoipertestuale">
    <w:name w:val="Hyperlink"/>
    <w:rsid w:val="00A02342"/>
    <w:rPr>
      <w:color w:val="000080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53538"/>
    <w:rPr>
      <w:color w:val="800080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6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6D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DCC449-ECDB-43E7-960D-4F4FF1BF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maria fraccola</cp:lastModifiedBy>
  <cp:revision>3</cp:revision>
  <dcterms:created xsi:type="dcterms:W3CDTF">2026-10-16T05:05:00Z</dcterms:created>
  <dcterms:modified xsi:type="dcterms:W3CDTF">2026-10-16T06:51:00Z</dcterms:modified>
</cp:coreProperties>
</file>