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79187" w14:textId="77777777" w:rsidR="00982450" w:rsidRDefault="004B44A5">
      <w:pPr>
        <w:jc w:val="center"/>
      </w:pPr>
      <w:r>
        <w:rPr>
          <w:noProof/>
          <w:lang w:val="it-IT" w:eastAsia="it-IT"/>
        </w:rPr>
        <w:drawing>
          <wp:inline distT="0" distB="0" distL="0" distR="0" wp14:anchorId="440866E6" wp14:editId="11604FD0">
            <wp:extent cx="5832000" cy="5258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52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50C45" w14:textId="77777777" w:rsidR="00853538" w:rsidRPr="008A1ECD" w:rsidRDefault="00853538" w:rsidP="00853538">
      <w:pPr>
        <w:tabs>
          <w:tab w:val="right" w:pos="10800"/>
        </w:tabs>
        <w:spacing w:after="0" w:line="240" w:lineRule="auto"/>
        <w:jc w:val="center"/>
        <w:outlineLvl w:val="0"/>
        <w:rPr>
          <w:rFonts w:ascii="Verdana" w:eastAsia="Calibri" w:hAnsi="Verdana" w:cs="Times New Roman"/>
          <w:szCs w:val="20"/>
        </w:rPr>
      </w:pP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2258"/>
        <w:gridCol w:w="3741"/>
        <w:gridCol w:w="1658"/>
      </w:tblGrid>
      <w:tr w:rsidR="00853538" w:rsidRPr="008A1ECD" w14:paraId="59297F19" w14:textId="77777777" w:rsidTr="00544183">
        <w:trPr>
          <w:trHeight w:val="1758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832B" w14:textId="77777777" w:rsidR="00853538" w:rsidRPr="008A1ECD" w:rsidRDefault="00853538" w:rsidP="00544183">
            <w:pPr>
              <w:spacing w:after="0" w:line="240" w:lineRule="auto"/>
              <w:ind w:left="-365"/>
              <w:rPr>
                <w:rFonts w:ascii="Calibri" w:eastAsia="Calibri" w:hAnsi="Calibri" w:cs="Times New Roman"/>
                <w:sz w:val="14"/>
                <w:szCs w:val="16"/>
              </w:rPr>
            </w:pPr>
            <w:r w:rsidRPr="008A1ECD">
              <w:rPr>
                <w:rFonts w:ascii="Calibri" w:eastAsia="Calibri" w:hAnsi="Calibri" w:cs="Times New Roman"/>
                <w:noProof/>
                <w:sz w:val="14"/>
                <w:szCs w:val="16"/>
                <w:lang w:val="it-IT" w:eastAsia="it-IT"/>
              </w:rPr>
              <w:drawing>
                <wp:anchor distT="0" distB="0" distL="114300" distR="114300" simplePos="0" relativeHeight="251659264" behindDoc="0" locked="0" layoutInCell="1" allowOverlap="1" wp14:anchorId="27FDCBA8" wp14:editId="3C612F20">
                  <wp:simplePos x="0" y="0"/>
                  <wp:positionH relativeFrom="margin">
                    <wp:posOffset>109855</wp:posOffset>
                  </wp:positionH>
                  <wp:positionV relativeFrom="margin">
                    <wp:posOffset>85725</wp:posOffset>
                  </wp:positionV>
                  <wp:extent cx="1026795" cy="1016635"/>
                  <wp:effectExtent l="0" t="0" r="1905" b="0"/>
                  <wp:wrapSquare wrapText="bothSides"/>
                  <wp:docPr id="4" name="Immagine 4" descr="Immagine che contiene testo, logo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testo, logo, Elementi grafici, grafica&#10;&#10;Descrizione generata automaticamente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2"/>
                          <a:stretch/>
                        </pic:blipFill>
                        <pic:spPr bwMode="auto">
                          <a:xfrm>
                            <a:off x="0" y="0"/>
                            <a:ext cx="1026795" cy="101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C2C4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7A4B13E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643081C5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33EF5223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7F2ECDF2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  <w:t>ISTITUTO COMPRENSIVO</w:t>
            </w:r>
          </w:p>
          <w:p w14:paraId="419FB6D3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it-IT"/>
              </w:rPr>
              <w:t>“VIA F. LAPARELLI 60”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8483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4B29507C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0B01760C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Via F. </w:t>
            </w:r>
            <w:proofErr w:type="spellStart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Laparelli</w:t>
            </w:r>
            <w:proofErr w:type="spellEnd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 60 – 00176 ROMA  </w:t>
            </w:r>
          </w:p>
          <w:p w14:paraId="521A6B65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XIV Distretto</w:t>
            </w:r>
          </w:p>
          <w:p w14:paraId="5A96F501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Tel.  0624419571-0624402590</w:t>
            </w:r>
            <w:r w:rsidRPr="00765496"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  <w:t xml:space="preserve">  </w:t>
            </w:r>
          </w:p>
          <w:p w14:paraId="6C42161B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proofErr w:type="gramStart"/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Fax  0624411119</w:t>
            </w:r>
            <w:proofErr w:type="gramEnd"/>
          </w:p>
          <w:p w14:paraId="3E56F57B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Codice meccanografico: rmic8ck00b</w:t>
            </w:r>
          </w:p>
          <w:p w14:paraId="29144A46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E-Mail: </w:t>
            </w: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rmic8ck00b</w:t>
            </w: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@istruzione.it </w:t>
            </w:r>
          </w:p>
          <w:p w14:paraId="0A722A10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>PEC: RMIC8CK00B@PEC.ISTRUZIONE.IT</w:t>
            </w:r>
          </w:p>
          <w:p w14:paraId="58C457FD" w14:textId="77777777" w:rsidR="00853538" w:rsidRPr="00765496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Codice Fiscale: 97615670581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7D3E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1981A8CA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1E350B33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73FB77BE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65496">
              <w:rPr>
                <w:rFonts w:ascii="Copperplate Gothic Bold" w:eastAsia="Calibri" w:hAnsi="Copperplate Gothic Bold" w:cs="Times New Roman"/>
                <w:sz w:val="16"/>
                <w:szCs w:val="16"/>
                <w:lang w:val="it-IT"/>
              </w:rPr>
              <w:t xml:space="preserve">  </w:t>
            </w:r>
            <w:r w:rsidR="00191178" w:rsidRPr="008A1ECD">
              <w:rPr>
                <w:rFonts w:ascii="Copperplate Gothic Bold" w:eastAsia="Calibri" w:hAnsi="Copperplate Gothic Bold" w:cs="Times New Roman"/>
                <w:noProof/>
                <w:sz w:val="16"/>
                <w:szCs w:val="16"/>
              </w:rPr>
              <w:object w:dxaOrig="4535" w:dyaOrig="3025" w14:anchorId="56A132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0.95pt;height:39.95pt;mso-width-percent:0;mso-height-percent:0;mso-width-percent:0;mso-height-percent:0" o:ole="" fillcolor="window">
                  <v:imagedata r:id="rId8" o:title=""/>
                </v:shape>
                <o:OLEObject Type="Embed" ProgID="Unknown" ShapeID="_x0000_i1025" DrawAspect="Content" ObjectID="_1855233959" r:id="rId9"/>
              </w:object>
            </w:r>
            <w:r w:rsidRPr="008A1ECD">
              <w:rPr>
                <w:rFonts w:ascii="Copperplate Gothic Bold" w:eastAsia="Calibri" w:hAnsi="Copperplate Gothic Bold" w:cs="Times New Roman"/>
                <w:sz w:val="16"/>
                <w:szCs w:val="16"/>
              </w:rPr>
              <w:t xml:space="preserve">               </w:t>
            </w:r>
          </w:p>
          <w:p w14:paraId="112DBA86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22595BF5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47310ACC" w14:textId="77777777" w:rsidR="00A02342" w:rsidRPr="00707BD5" w:rsidRDefault="00A02342" w:rsidP="00707BD5">
      <w:pPr>
        <w:widowControl w:val="0"/>
        <w:spacing w:line="240" w:lineRule="auto"/>
        <w:ind w:right="100"/>
        <w:jc w:val="center"/>
        <w:rPr>
          <w:sz w:val="16"/>
          <w:szCs w:val="16"/>
          <w:lang w:val="it-IT"/>
        </w:rPr>
      </w:pPr>
    </w:p>
    <w:p w14:paraId="29239B63" w14:textId="77777777" w:rsidR="00982450" w:rsidRPr="00707BD5" w:rsidRDefault="004B44A5" w:rsidP="00707BD5">
      <w:pPr>
        <w:spacing w:line="240" w:lineRule="auto"/>
        <w:jc w:val="center"/>
        <w:rPr>
          <w:sz w:val="16"/>
          <w:szCs w:val="16"/>
          <w:lang w:val="it-IT"/>
        </w:rPr>
      </w:pPr>
      <w:r w:rsidRPr="00707BD5">
        <w:rPr>
          <w:b/>
          <w:sz w:val="16"/>
          <w:szCs w:val="16"/>
          <w:lang w:val="it-IT"/>
        </w:rPr>
        <w:t>Programma Nazionale “Scuola e competenze” 2021–2027 – FSE+ – Agenda Nord</w:t>
      </w:r>
    </w:p>
    <w:p w14:paraId="560CEAA6" w14:textId="77777777" w:rsidR="00982450" w:rsidRPr="00707BD5" w:rsidRDefault="004B44A5" w:rsidP="00707BD5">
      <w:pPr>
        <w:spacing w:line="240" w:lineRule="auto"/>
        <w:jc w:val="center"/>
        <w:rPr>
          <w:sz w:val="16"/>
          <w:szCs w:val="16"/>
          <w:lang w:val="it-IT"/>
        </w:rPr>
      </w:pPr>
      <w:r w:rsidRPr="00707BD5">
        <w:rPr>
          <w:sz w:val="16"/>
          <w:szCs w:val="16"/>
          <w:lang w:val="it-IT"/>
        </w:rPr>
        <w:t>Progetto “Nessuno resti indietro” – Codice ESO4.</w:t>
      </w:r>
      <w:proofErr w:type="gramStart"/>
      <w:r w:rsidRPr="00707BD5">
        <w:rPr>
          <w:sz w:val="16"/>
          <w:szCs w:val="16"/>
          <w:lang w:val="it-IT"/>
        </w:rPr>
        <w:t>6.A</w:t>
      </w:r>
      <w:proofErr w:type="gramEnd"/>
      <w:r w:rsidRPr="00707BD5">
        <w:rPr>
          <w:sz w:val="16"/>
          <w:szCs w:val="16"/>
          <w:lang w:val="it-IT"/>
        </w:rPr>
        <w:t>1.B-FSEPN-LA-2026-284 – CUP H84D26000690007</w:t>
      </w:r>
    </w:p>
    <w:p w14:paraId="29C87530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4D42F72E" w14:textId="2ACF7E8B" w:rsidR="00707BD5" w:rsidRPr="00707BD5" w:rsidRDefault="00707BD5" w:rsidP="00707BD5">
      <w:pPr>
        <w:spacing w:line="240" w:lineRule="auto"/>
        <w:jc w:val="center"/>
        <w:rPr>
          <w:b/>
          <w:szCs w:val="20"/>
          <w:lang w:val="it-IT"/>
        </w:rPr>
      </w:pPr>
      <w:r w:rsidRPr="00707BD5">
        <w:rPr>
          <w:b/>
          <w:szCs w:val="20"/>
          <w:lang w:val="it-IT"/>
        </w:rPr>
        <w:t>DOMANDA DI ADESIONE CORSI DI LINGUA INGLESE – SCUOLA SECONDARIA DI I GRADO</w:t>
      </w:r>
    </w:p>
    <w:p w14:paraId="1D117A27" w14:textId="77777777" w:rsidR="00707BD5" w:rsidRPr="00707BD5" w:rsidRDefault="00707BD5" w:rsidP="00707BD5">
      <w:pPr>
        <w:spacing w:line="240" w:lineRule="auto"/>
        <w:rPr>
          <w:b/>
          <w:szCs w:val="20"/>
          <w:lang w:val="it-IT"/>
        </w:rPr>
      </w:pPr>
    </w:p>
    <w:p w14:paraId="4287E6DC" w14:textId="77777777" w:rsidR="00707BD5" w:rsidRPr="00707BD5" w:rsidRDefault="00707BD5" w:rsidP="00707BD5">
      <w:pPr>
        <w:spacing w:line="240" w:lineRule="auto"/>
        <w:jc w:val="center"/>
        <w:rPr>
          <w:szCs w:val="20"/>
          <w:lang w:val="it-IT"/>
        </w:rPr>
      </w:pPr>
      <w:r w:rsidRPr="00707BD5">
        <w:rPr>
          <w:szCs w:val="20"/>
          <w:lang w:val="it-IT"/>
        </w:rPr>
        <w:t>Anno scolastico 2026/2027 – Primo quadrimestre</w:t>
      </w:r>
    </w:p>
    <w:p w14:paraId="72B064B4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741444F9" w14:textId="77777777" w:rsidR="00707BD5" w:rsidRPr="00707BD5" w:rsidRDefault="00707BD5" w:rsidP="00707BD5">
      <w:pPr>
        <w:spacing w:line="240" w:lineRule="auto"/>
        <w:jc w:val="right"/>
        <w:rPr>
          <w:szCs w:val="20"/>
          <w:lang w:val="it-IT"/>
        </w:rPr>
      </w:pPr>
      <w:r w:rsidRPr="00707BD5">
        <w:rPr>
          <w:szCs w:val="20"/>
          <w:lang w:val="it-IT"/>
        </w:rPr>
        <w:t>Al Dirigente Scolastico</w:t>
      </w:r>
    </w:p>
    <w:p w14:paraId="48A700C3" w14:textId="77777777" w:rsidR="00707BD5" w:rsidRPr="00707BD5" w:rsidRDefault="00707BD5" w:rsidP="00707BD5">
      <w:pPr>
        <w:spacing w:line="240" w:lineRule="auto"/>
        <w:jc w:val="right"/>
        <w:rPr>
          <w:szCs w:val="20"/>
          <w:lang w:val="it-IT"/>
        </w:rPr>
      </w:pPr>
      <w:r w:rsidRPr="00707BD5">
        <w:rPr>
          <w:szCs w:val="20"/>
          <w:lang w:val="it-IT"/>
        </w:rPr>
        <w:t xml:space="preserve">dell'I.C. “Via F. </w:t>
      </w:r>
      <w:proofErr w:type="spellStart"/>
      <w:r w:rsidRPr="00707BD5">
        <w:rPr>
          <w:szCs w:val="20"/>
          <w:lang w:val="it-IT"/>
        </w:rPr>
        <w:t>Laparelli</w:t>
      </w:r>
      <w:proofErr w:type="spellEnd"/>
      <w:r w:rsidRPr="00707BD5">
        <w:rPr>
          <w:szCs w:val="20"/>
          <w:lang w:val="it-IT"/>
        </w:rPr>
        <w:t>, 60” – Roma</w:t>
      </w:r>
    </w:p>
    <w:p w14:paraId="49D51FDE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43257A3F" w14:textId="6427594C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I sottoscritti:</w:t>
      </w:r>
    </w:p>
    <w:p w14:paraId="0FCFACB0" w14:textId="01E23DAB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Cognome e nome _______________________________________________________________________</w:t>
      </w:r>
    </w:p>
    <w:p w14:paraId="57E8079F" w14:textId="2399ABAF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Cognome e nome ____________________________________________________________________</w:t>
      </w:r>
      <w:r>
        <w:rPr>
          <w:szCs w:val="20"/>
          <w:lang w:val="it-IT"/>
        </w:rPr>
        <w:t>___</w:t>
      </w:r>
    </w:p>
    <w:p w14:paraId="78F54A24" w14:textId="3C80724C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in qualità di genitori/esercenti la responsabi</w:t>
      </w:r>
      <w:r>
        <w:rPr>
          <w:szCs w:val="20"/>
          <w:lang w:val="it-IT"/>
        </w:rPr>
        <w:t>lità genitoriale dell'alunno/a:</w:t>
      </w:r>
    </w:p>
    <w:p w14:paraId="2D61ADA3" w14:textId="77777777" w:rsidR="00625821" w:rsidRDefault="00625821" w:rsidP="00707BD5">
      <w:pPr>
        <w:spacing w:line="240" w:lineRule="auto"/>
        <w:rPr>
          <w:szCs w:val="20"/>
          <w:lang w:val="it-IT"/>
        </w:rPr>
      </w:pPr>
    </w:p>
    <w:p w14:paraId="73565762" w14:textId="324F75A9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DATI DELL'ALUNNO/A</w:t>
      </w:r>
    </w:p>
    <w:p w14:paraId="4217C22D" w14:textId="2FEF1388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Cognome e nome ________________________________________</w:t>
      </w:r>
      <w:r>
        <w:rPr>
          <w:szCs w:val="20"/>
          <w:lang w:val="it-IT"/>
        </w:rPr>
        <w:t>_______________________________</w:t>
      </w:r>
    </w:p>
    <w:p w14:paraId="4D383066" w14:textId="3631965A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 xml:space="preserve">Nato/a </w:t>
      </w:r>
      <w:proofErr w:type="spellStart"/>
      <w:r w:rsidRPr="00707BD5">
        <w:rPr>
          <w:szCs w:val="20"/>
          <w:lang w:val="it-IT"/>
        </w:rPr>
        <w:t>a</w:t>
      </w:r>
      <w:proofErr w:type="spellEnd"/>
      <w:r w:rsidRPr="00707BD5">
        <w:rPr>
          <w:szCs w:val="20"/>
          <w:lang w:val="it-IT"/>
        </w:rPr>
        <w:t xml:space="preserve"> _______________ Prov. ______ il ___ / ___ / ______ Residente a __________________________ </w:t>
      </w:r>
    </w:p>
    <w:p w14:paraId="39B70EC2" w14:textId="6E2C3F90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 xml:space="preserve">Via _____________________ Telefono __________________________ E-mail </w:t>
      </w:r>
      <w:r>
        <w:rPr>
          <w:szCs w:val="20"/>
          <w:lang w:val="it-IT"/>
        </w:rPr>
        <w:t>_______________________</w:t>
      </w:r>
    </w:p>
    <w:p w14:paraId="4815F9C4" w14:textId="44DA756C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Fr</w:t>
      </w:r>
      <w:r>
        <w:rPr>
          <w:szCs w:val="20"/>
          <w:lang w:val="it-IT"/>
        </w:rPr>
        <w:t xml:space="preserve">equentante </w:t>
      </w:r>
      <w:proofErr w:type="spellStart"/>
      <w:r>
        <w:rPr>
          <w:szCs w:val="20"/>
          <w:lang w:val="it-IT"/>
        </w:rPr>
        <w:t>nell'a.s.</w:t>
      </w:r>
      <w:proofErr w:type="spellEnd"/>
      <w:r>
        <w:rPr>
          <w:szCs w:val="20"/>
          <w:lang w:val="it-IT"/>
        </w:rPr>
        <w:t xml:space="preserve"> 2026/2027:</w:t>
      </w:r>
    </w:p>
    <w:p w14:paraId="5DBA5D8B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Classe __________ Sezione __________ Plesso _______________________</w:t>
      </w:r>
    </w:p>
    <w:p w14:paraId="51A38160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08A71E97" w14:textId="77777777" w:rsidR="00707BD5" w:rsidRPr="00707BD5" w:rsidRDefault="00707BD5" w:rsidP="00707BD5">
      <w:pPr>
        <w:spacing w:line="240" w:lineRule="auto"/>
        <w:jc w:val="center"/>
        <w:rPr>
          <w:szCs w:val="20"/>
          <w:lang w:val="it-IT"/>
        </w:rPr>
      </w:pPr>
      <w:r w:rsidRPr="00707BD5">
        <w:rPr>
          <w:szCs w:val="20"/>
          <w:lang w:val="it-IT"/>
        </w:rPr>
        <w:t>CHIEDONO</w:t>
      </w:r>
    </w:p>
    <w:p w14:paraId="0E4D2AC0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29BD115B" w14:textId="48585729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l'iscrizione del/della proprio/a figlio/a al corso di lingua inglese, nell'ambito del progetto Agenda</w:t>
      </w:r>
      <w:r>
        <w:rPr>
          <w:szCs w:val="20"/>
          <w:lang w:val="it-IT"/>
        </w:rPr>
        <w:t xml:space="preserve"> Nord “Nessuno resti indietro”.</w:t>
      </w:r>
      <w:r w:rsidR="00007B52">
        <w:rPr>
          <w:szCs w:val="20"/>
          <w:lang w:val="it-IT"/>
        </w:rPr>
        <w:t xml:space="preserve"> Si possono indicare anche due giorni di preferenza.</w:t>
      </w:r>
    </w:p>
    <w:p w14:paraId="39BD0F77" w14:textId="77777777" w:rsidR="00707BD5" w:rsidRDefault="00707BD5" w:rsidP="00707BD5">
      <w:pPr>
        <w:spacing w:line="240" w:lineRule="auto"/>
        <w:rPr>
          <w:szCs w:val="20"/>
          <w:lang w:val="it-IT"/>
        </w:rPr>
      </w:pPr>
    </w:p>
    <w:p w14:paraId="6A4A2457" w14:textId="249D1861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PLESSO E GRUPPO DI INTERESSE</w:t>
      </w:r>
    </w:p>
    <w:p w14:paraId="5A0FAA6B" w14:textId="472DEA3A" w:rsidR="00707BD5" w:rsidRPr="00707BD5" w:rsidRDefault="00707BD5" w:rsidP="00707BD5">
      <w:pPr>
        <w:spacing w:line="240" w:lineRule="auto"/>
        <w:rPr>
          <w:b/>
          <w:szCs w:val="20"/>
          <w:lang w:val="it-IT"/>
        </w:rPr>
      </w:pPr>
      <w:r w:rsidRPr="00707BD5">
        <w:rPr>
          <w:rFonts w:ascii="Segoe UI Symbol" w:hAnsi="Segoe UI Symbol" w:cs="Segoe UI Symbol"/>
          <w:b/>
          <w:szCs w:val="20"/>
          <w:lang w:val="it-IT"/>
        </w:rPr>
        <w:t>☐</w:t>
      </w:r>
      <w:r w:rsidRPr="00707BD5">
        <w:rPr>
          <w:b/>
          <w:szCs w:val="20"/>
          <w:lang w:val="it-IT"/>
        </w:rPr>
        <w:t xml:space="preserve"> PLE</w:t>
      </w:r>
      <w:r w:rsidR="00625821">
        <w:rPr>
          <w:b/>
          <w:szCs w:val="20"/>
          <w:lang w:val="it-IT"/>
        </w:rPr>
        <w:t xml:space="preserve">SSO MENAS – presso il plesso Scuola Primaria Rey, Via </w:t>
      </w:r>
      <w:proofErr w:type="spellStart"/>
      <w:r w:rsidR="00625821">
        <w:rPr>
          <w:b/>
          <w:szCs w:val="20"/>
          <w:lang w:val="it-IT"/>
        </w:rPr>
        <w:t>Sestio</w:t>
      </w:r>
      <w:proofErr w:type="spellEnd"/>
      <w:r w:rsidR="00625821">
        <w:rPr>
          <w:b/>
          <w:szCs w:val="20"/>
          <w:lang w:val="it-IT"/>
        </w:rPr>
        <w:t xml:space="preserve"> Menas 125</w:t>
      </w:r>
    </w:p>
    <w:p w14:paraId="1047254C" w14:textId="4F946B60" w:rsid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lastRenderedPageBreak/>
        <w:t>Giovedì, dalle ore 14:30 alle ore 16:30</w:t>
      </w:r>
      <w:r w:rsidR="00625821">
        <w:rPr>
          <w:szCs w:val="20"/>
          <w:lang w:val="it-IT"/>
        </w:rPr>
        <w:t xml:space="preserve"> – </w:t>
      </w:r>
      <w:r>
        <w:rPr>
          <w:szCs w:val="20"/>
          <w:lang w:val="it-IT"/>
        </w:rPr>
        <w:t>Avvio: 12 novembre 2026</w:t>
      </w:r>
    </w:p>
    <w:p w14:paraId="10C9B122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71672EA4" w14:textId="56FE3405" w:rsidR="00707BD5" w:rsidRPr="00707BD5" w:rsidRDefault="00707BD5" w:rsidP="00707BD5">
      <w:pPr>
        <w:spacing w:line="240" w:lineRule="auto"/>
        <w:rPr>
          <w:b/>
          <w:szCs w:val="20"/>
          <w:lang w:val="it-IT"/>
        </w:rPr>
      </w:pPr>
      <w:r w:rsidRPr="00707BD5">
        <w:rPr>
          <w:rFonts w:ascii="Segoe UI Symbol" w:hAnsi="Segoe UI Symbol" w:cs="Segoe UI Symbol"/>
          <w:b/>
          <w:szCs w:val="20"/>
          <w:lang w:val="it-IT"/>
        </w:rPr>
        <w:t>☐</w:t>
      </w:r>
      <w:r w:rsidRPr="00707BD5">
        <w:rPr>
          <w:b/>
          <w:szCs w:val="20"/>
          <w:lang w:val="it-IT"/>
        </w:rPr>
        <w:t xml:space="preserve"> PL</w:t>
      </w:r>
      <w:r>
        <w:rPr>
          <w:b/>
          <w:szCs w:val="20"/>
          <w:lang w:val="it-IT"/>
        </w:rPr>
        <w:t xml:space="preserve">ESSO PAVONI – Via </w:t>
      </w:r>
      <w:proofErr w:type="spellStart"/>
      <w:r>
        <w:rPr>
          <w:b/>
          <w:szCs w:val="20"/>
          <w:lang w:val="it-IT"/>
        </w:rPr>
        <w:t>Laparelli</w:t>
      </w:r>
      <w:proofErr w:type="spellEnd"/>
      <w:r>
        <w:rPr>
          <w:b/>
          <w:szCs w:val="20"/>
          <w:lang w:val="it-IT"/>
        </w:rPr>
        <w:t>, 60</w:t>
      </w:r>
    </w:p>
    <w:p w14:paraId="6286896A" w14:textId="205DC163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Mercoledì, dalle ore 14:30 alle ore 16:30</w:t>
      </w:r>
      <w:r w:rsidR="00625821">
        <w:rPr>
          <w:szCs w:val="20"/>
          <w:lang w:val="it-IT"/>
        </w:rPr>
        <w:t xml:space="preserve"> – </w:t>
      </w:r>
      <w:r>
        <w:rPr>
          <w:szCs w:val="20"/>
          <w:lang w:val="it-IT"/>
        </w:rPr>
        <w:t>Avvio: 11 novembre 2026</w:t>
      </w:r>
    </w:p>
    <w:p w14:paraId="4C581E17" w14:textId="242E4D45" w:rsidR="00707BD5" w:rsidRPr="00707BD5" w:rsidRDefault="00707BD5" w:rsidP="00707BD5">
      <w:pPr>
        <w:spacing w:line="240" w:lineRule="auto"/>
        <w:rPr>
          <w:b/>
          <w:szCs w:val="20"/>
          <w:lang w:val="it-IT"/>
        </w:rPr>
      </w:pPr>
      <w:r w:rsidRPr="00707BD5">
        <w:rPr>
          <w:rFonts w:ascii="Segoe UI Symbol" w:hAnsi="Segoe UI Symbol" w:cs="Segoe UI Symbol"/>
          <w:b/>
          <w:szCs w:val="20"/>
          <w:lang w:val="it-IT"/>
        </w:rPr>
        <w:t>☐</w:t>
      </w:r>
      <w:r w:rsidRPr="00707BD5">
        <w:rPr>
          <w:b/>
          <w:szCs w:val="20"/>
          <w:lang w:val="it-IT"/>
        </w:rPr>
        <w:t xml:space="preserve"> PL</w:t>
      </w:r>
      <w:r>
        <w:rPr>
          <w:b/>
          <w:szCs w:val="20"/>
          <w:lang w:val="it-IT"/>
        </w:rPr>
        <w:t xml:space="preserve">ESSO PAVONI – Via </w:t>
      </w:r>
      <w:proofErr w:type="spellStart"/>
      <w:r>
        <w:rPr>
          <w:b/>
          <w:szCs w:val="20"/>
          <w:lang w:val="it-IT"/>
        </w:rPr>
        <w:t>Laparelli</w:t>
      </w:r>
      <w:proofErr w:type="spellEnd"/>
      <w:r>
        <w:rPr>
          <w:b/>
          <w:szCs w:val="20"/>
          <w:lang w:val="it-IT"/>
        </w:rPr>
        <w:t>, 60</w:t>
      </w:r>
    </w:p>
    <w:p w14:paraId="6A540D8A" w14:textId="380BD16E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Giovedì, dalle ore 14:30 alle ore 16:30</w:t>
      </w:r>
      <w:r w:rsidR="00625821">
        <w:rPr>
          <w:szCs w:val="20"/>
          <w:lang w:val="it-IT"/>
        </w:rPr>
        <w:t xml:space="preserve"> – </w:t>
      </w:r>
      <w:r>
        <w:rPr>
          <w:szCs w:val="20"/>
          <w:lang w:val="it-IT"/>
        </w:rPr>
        <w:t>Avvio: 12 novembre 2026</w:t>
      </w:r>
    </w:p>
    <w:p w14:paraId="35985CC5" w14:textId="209CB595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I corsi presso il plesso Pavoni sono rivolti agli alunni delle classi prime e seconde che non hanno partecipato ai corsi di inglese dello scorso anno scolastico.</w:t>
      </w:r>
      <w:r w:rsidR="00625821">
        <w:rPr>
          <w:szCs w:val="20"/>
          <w:lang w:val="it-IT"/>
        </w:rPr>
        <w:t xml:space="preserve"> I corsi presso il plesso Menas sono rivolti agli alunni delle classi prima e seconda.</w:t>
      </w:r>
    </w:p>
    <w:p w14:paraId="312BD226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55BC43B0" w14:textId="7B59B675" w:rsidR="00707BD5" w:rsidRPr="00707BD5" w:rsidRDefault="00707BD5" w:rsidP="00707BD5">
      <w:pPr>
        <w:spacing w:line="240" w:lineRule="auto"/>
        <w:jc w:val="center"/>
        <w:rPr>
          <w:szCs w:val="20"/>
          <w:lang w:val="it-IT"/>
        </w:rPr>
      </w:pPr>
      <w:r w:rsidRPr="00707BD5">
        <w:rPr>
          <w:szCs w:val="20"/>
          <w:lang w:val="it-IT"/>
        </w:rPr>
        <w:t>DICHIARAZIONI DEI GENITORI</w:t>
      </w:r>
    </w:p>
    <w:p w14:paraId="197ACDB0" w14:textId="6AE75DDE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I sottoscritti dichiarano:</w:t>
      </w:r>
    </w:p>
    <w:p w14:paraId="173193C2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di aver preso visione della circolare relativa all'avvio dei corsi di lingua inglese;</w:t>
      </w:r>
    </w:p>
    <w:p w14:paraId="63FE4381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di essere informati che le attività si svolgeranno in presenza, in orario extracurricolare, secondo il calendario comunicato dall'Istituto;</w:t>
      </w:r>
    </w:p>
    <w:p w14:paraId="2C709763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di essere consapevoli che i corsi sono completamente gratuiti, in quanto finanziati nell'ambito del progetto Agenda Nord;</w:t>
      </w:r>
    </w:p>
    <w:p w14:paraId="766C7D8A" w14:textId="5CC03679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di impegnarsi a favorire la partecipazione regolare e costante del/della proprio/a figlio/a</w:t>
      </w:r>
      <w:r w:rsidR="00625821">
        <w:rPr>
          <w:szCs w:val="20"/>
          <w:lang w:val="it-IT"/>
        </w:rPr>
        <w:t xml:space="preserve"> e che il progetto prevede attestato di frequenza per gli alunni e per le alunne che hanno raggiunto il 75% delle presenze</w:t>
      </w:r>
      <w:r w:rsidRPr="00707BD5">
        <w:rPr>
          <w:szCs w:val="20"/>
          <w:lang w:val="it-IT"/>
        </w:rPr>
        <w:t>;</w:t>
      </w:r>
    </w:p>
    <w:p w14:paraId="4A8A680B" w14:textId="59EFFA16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di essere informati che l'ammissione al corso sarà subordinata alla disponibilità dei posti e all'organizzazione dei</w:t>
      </w:r>
      <w:r>
        <w:rPr>
          <w:szCs w:val="20"/>
          <w:lang w:val="it-IT"/>
        </w:rPr>
        <w:t xml:space="preserve"> gruppi da parte dell'Istituto.</w:t>
      </w:r>
    </w:p>
    <w:p w14:paraId="3AC64D9B" w14:textId="36EEE933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649C0474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5063CB7A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INFORMATIVA SUL TRATTAMENTO DEI DATI PERSONALI</w:t>
      </w:r>
    </w:p>
    <w:p w14:paraId="53E3BDEB" w14:textId="3CBB9C33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I</w:t>
      </w:r>
      <w:r w:rsidRPr="00707BD5">
        <w:rPr>
          <w:szCs w:val="20"/>
          <w:lang w:val="it-IT"/>
        </w:rPr>
        <w:t xml:space="preserve"> sottoscritti dichiarano di aver preso visione dell'informativa sul trattamento dei dati personali dell'Istituzione scolastica, resa ai sensi degli artt. 13 e 14 del Regolamento (UE) 2016/679 (GDPR) e del </w:t>
      </w:r>
      <w:proofErr w:type="spellStart"/>
      <w:r w:rsidRPr="00707BD5">
        <w:rPr>
          <w:szCs w:val="20"/>
          <w:lang w:val="it-IT"/>
        </w:rPr>
        <w:t>D.Lgs.</w:t>
      </w:r>
      <w:proofErr w:type="spellEnd"/>
      <w:r w:rsidRPr="00707BD5">
        <w:rPr>
          <w:szCs w:val="20"/>
          <w:lang w:val="it-IT"/>
        </w:rPr>
        <w:t xml:space="preserve"> 196/2003, come </w:t>
      </w:r>
      <w:r>
        <w:rPr>
          <w:szCs w:val="20"/>
          <w:lang w:val="it-IT"/>
        </w:rPr>
        <w:t xml:space="preserve">modificato dal </w:t>
      </w:r>
      <w:proofErr w:type="spellStart"/>
      <w:r>
        <w:rPr>
          <w:szCs w:val="20"/>
          <w:lang w:val="it-IT"/>
        </w:rPr>
        <w:t>D.Lgs.</w:t>
      </w:r>
      <w:proofErr w:type="spellEnd"/>
      <w:r>
        <w:rPr>
          <w:szCs w:val="20"/>
          <w:lang w:val="it-IT"/>
        </w:rPr>
        <w:t xml:space="preserve"> 101/2018.</w:t>
      </w:r>
    </w:p>
    <w:p w14:paraId="21161F0B" w14:textId="0E4A9166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I dati personali forniti saranno trattati per le finalità istituzionali connesse all'iscrizione, alla gestione e alla rendicontazione del progetto, nel ri</w:t>
      </w:r>
      <w:r>
        <w:rPr>
          <w:szCs w:val="20"/>
          <w:lang w:val="it-IT"/>
        </w:rPr>
        <w:t>spetto della normativa vigente.</w:t>
      </w:r>
    </w:p>
    <w:p w14:paraId="68B1A071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La presente dichiarazione di presa visione non costituisce autorizzazione alla pubblicazione di fotografie o video degli alunni, per la quale, ove necessaria, sarà richiesta apposita e distinta autorizzazione.</w:t>
      </w:r>
    </w:p>
    <w:p w14:paraId="0164F8C7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19A8A916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Roma, ____ / ____ / 2026</w:t>
      </w:r>
    </w:p>
    <w:p w14:paraId="766B6CB5" w14:textId="77777777" w:rsidR="00707BD5" w:rsidRPr="00707BD5" w:rsidRDefault="00707BD5" w:rsidP="00707BD5">
      <w:pPr>
        <w:spacing w:line="240" w:lineRule="auto"/>
        <w:rPr>
          <w:szCs w:val="20"/>
          <w:lang w:val="it-IT"/>
        </w:rPr>
      </w:pPr>
    </w:p>
    <w:p w14:paraId="4AD5C340" w14:textId="00AA8CF9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Firma del primo genitore_____________________________</w:t>
      </w:r>
    </w:p>
    <w:p w14:paraId="58EF7353" w14:textId="130A2E3F" w:rsidR="00707BD5" w:rsidRPr="00707BD5" w:rsidRDefault="00707BD5" w:rsidP="00707BD5">
      <w:pPr>
        <w:spacing w:line="240" w:lineRule="auto"/>
        <w:rPr>
          <w:szCs w:val="20"/>
          <w:lang w:val="it-IT"/>
        </w:rPr>
      </w:pPr>
      <w:r>
        <w:rPr>
          <w:szCs w:val="20"/>
          <w:lang w:val="it-IT"/>
        </w:rPr>
        <w:t>Firma del secondo genitore__________________________________</w:t>
      </w:r>
    </w:p>
    <w:p w14:paraId="03EDB969" w14:textId="77777777" w:rsidR="00707BD5" w:rsidRDefault="00707BD5" w:rsidP="00707BD5">
      <w:pPr>
        <w:spacing w:line="240" w:lineRule="auto"/>
        <w:rPr>
          <w:szCs w:val="20"/>
          <w:lang w:val="it-IT"/>
        </w:rPr>
      </w:pPr>
    </w:p>
    <w:p w14:paraId="7528230C" w14:textId="089CD6EB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RISERVATO ALLA SCUOLA – CONSEGNA A MANO</w:t>
      </w:r>
    </w:p>
    <w:p w14:paraId="7170614C" w14:textId="45774CA6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Da compilare esclusivamente in caso di consegna ca</w:t>
      </w:r>
      <w:r>
        <w:rPr>
          <w:szCs w:val="20"/>
          <w:lang w:val="it-IT"/>
        </w:rPr>
        <w:t>rtacea presso il plesso Pavoni.</w:t>
      </w:r>
    </w:p>
    <w:p w14:paraId="4BADAD97" w14:textId="7D924636" w:rsidR="00707BD5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Domanda rice</w:t>
      </w:r>
      <w:r>
        <w:rPr>
          <w:szCs w:val="20"/>
          <w:lang w:val="it-IT"/>
        </w:rPr>
        <w:t xml:space="preserve">vuta in data ____ / ____ / 2026 </w:t>
      </w:r>
      <w:r w:rsidRPr="00707BD5">
        <w:rPr>
          <w:szCs w:val="20"/>
          <w:lang w:val="it-IT"/>
        </w:rPr>
        <w:t>Alle ore _____</w:t>
      </w:r>
      <w:proofErr w:type="gramStart"/>
      <w:r w:rsidRPr="00707BD5">
        <w:rPr>
          <w:szCs w:val="20"/>
          <w:lang w:val="it-IT"/>
        </w:rPr>
        <w:t>_ :</w:t>
      </w:r>
      <w:proofErr w:type="gramEnd"/>
      <w:r w:rsidRPr="00707BD5">
        <w:rPr>
          <w:szCs w:val="20"/>
          <w:lang w:val="it-IT"/>
        </w:rPr>
        <w:t xml:space="preserve"> ______</w:t>
      </w:r>
    </w:p>
    <w:p w14:paraId="1F7AC5F1" w14:textId="41FE3BA8" w:rsidR="00982450" w:rsidRPr="00707BD5" w:rsidRDefault="00707BD5" w:rsidP="00707BD5">
      <w:pPr>
        <w:spacing w:line="240" w:lineRule="auto"/>
        <w:rPr>
          <w:szCs w:val="20"/>
          <w:lang w:val="it-IT"/>
        </w:rPr>
      </w:pPr>
      <w:r w:rsidRPr="00707BD5">
        <w:rPr>
          <w:szCs w:val="20"/>
          <w:lang w:val="it-IT"/>
        </w:rPr>
        <w:t>Firma del collaboratore scolastico incaricato</w:t>
      </w:r>
      <w:r w:rsidR="004B44A5" w:rsidRPr="00707BD5">
        <w:rPr>
          <w:szCs w:val="20"/>
          <w:lang w:val="it-IT"/>
        </w:rPr>
        <w:t>__________________</w:t>
      </w:r>
      <w:r>
        <w:rPr>
          <w:szCs w:val="20"/>
          <w:lang w:val="it-IT"/>
        </w:rPr>
        <w:t>____________</w:t>
      </w:r>
      <w:r w:rsidR="004B44A5" w:rsidRPr="00707BD5">
        <w:rPr>
          <w:szCs w:val="20"/>
          <w:lang w:val="it-IT"/>
        </w:rPr>
        <w:t>_</w:t>
      </w:r>
    </w:p>
    <w:sectPr w:rsidR="00982450" w:rsidRPr="00707BD5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5989219">
    <w:abstractNumId w:val="8"/>
  </w:num>
  <w:num w:numId="2" w16cid:durableId="683823425">
    <w:abstractNumId w:val="6"/>
  </w:num>
  <w:num w:numId="3" w16cid:durableId="1699969776">
    <w:abstractNumId w:val="5"/>
  </w:num>
  <w:num w:numId="4" w16cid:durableId="101196108">
    <w:abstractNumId w:val="4"/>
  </w:num>
  <w:num w:numId="5" w16cid:durableId="240875515">
    <w:abstractNumId w:val="7"/>
  </w:num>
  <w:num w:numId="6" w16cid:durableId="2023362282">
    <w:abstractNumId w:val="3"/>
  </w:num>
  <w:num w:numId="7" w16cid:durableId="1756366674">
    <w:abstractNumId w:val="2"/>
  </w:num>
  <w:num w:numId="8" w16cid:durableId="254098617">
    <w:abstractNumId w:val="1"/>
  </w:num>
  <w:num w:numId="9" w16cid:durableId="192460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B52"/>
    <w:rsid w:val="00034616"/>
    <w:rsid w:val="0006063C"/>
    <w:rsid w:val="000B465B"/>
    <w:rsid w:val="000E33D1"/>
    <w:rsid w:val="001316B8"/>
    <w:rsid w:val="0015074B"/>
    <w:rsid w:val="00191178"/>
    <w:rsid w:val="002159B0"/>
    <w:rsid w:val="0029639D"/>
    <w:rsid w:val="00326F90"/>
    <w:rsid w:val="00347790"/>
    <w:rsid w:val="004B44A5"/>
    <w:rsid w:val="0058447F"/>
    <w:rsid w:val="00625821"/>
    <w:rsid w:val="00677200"/>
    <w:rsid w:val="00707BD5"/>
    <w:rsid w:val="00765496"/>
    <w:rsid w:val="00811C89"/>
    <w:rsid w:val="00853538"/>
    <w:rsid w:val="00982450"/>
    <w:rsid w:val="00A02342"/>
    <w:rsid w:val="00A37186"/>
    <w:rsid w:val="00A41FE9"/>
    <w:rsid w:val="00AA1D8D"/>
    <w:rsid w:val="00B47730"/>
    <w:rsid w:val="00B86EFE"/>
    <w:rsid w:val="00C619B8"/>
    <w:rsid w:val="00CB0664"/>
    <w:rsid w:val="00DA5D0F"/>
    <w:rsid w:val="00DC671F"/>
    <w:rsid w:val="00EC77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3D666"/>
  <w14:defaultImageDpi w14:val="300"/>
  <w15:docId w15:val="{57C2C974-97B2-5844-8110-7A8C7E5B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rpredefinitoparagrafo1">
    <w:name w:val="Car. predefinito paragrafo1"/>
    <w:rsid w:val="00A02342"/>
  </w:style>
  <w:style w:type="character" w:styleId="Collegamentoipertestuale">
    <w:name w:val="Hyperlink"/>
    <w:rsid w:val="00A02342"/>
    <w:rPr>
      <w:color w:val="000080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535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2D3ED4-FFA3-47D7-9726-0E52CB2E0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fraccola</cp:lastModifiedBy>
  <cp:revision>3</cp:revision>
  <dcterms:created xsi:type="dcterms:W3CDTF">2026-11-02T17:17:00Z</dcterms:created>
  <dcterms:modified xsi:type="dcterms:W3CDTF">2026-11-03T17:00:00Z</dcterms:modified>
  <cp:category/>
</cp:coreProperties>
</file>